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79016" w14:textId="3167AC0F" w:rsidR="006C112E" w:rsidRPr="005D5021" w:rsidRDefault="00000000">
      <w:pPr>
        <w:pStyle w:val="Nadpis1"/>
        <w:rPr>
          <w:lang w:val="sk-SK"/>
        </w:rPr>
      </w:pPr>
      <w:r>
        <w:t>REKLAMAČNÝ PROTOKOL</w:t>
      </w:r>
      <w:r w:rsidR="005D5021">
        <w:t xml:space="preserve"> – </w:t>
      </w:r>
      <w:r w:rsidR="00B053B4">
        <w:t xml:space="preserve">e-shop </w:t>
      </w:r>
      <w:r w:rsidR="005D5021">
        <w:t>MOTOPARTNER</w:t>
      </w:r>
      <w:r w:rsidR="00B053B4">
        <w:t>.sk</w:t>
      </w:r>
      <w:r w:rsidR="005D5021">
        <w:t xml:space="preserve"> (Kaston Group </w:t>
      </w:r>
      <w:proofErr w:type="spellStart"/>
      <w:r w:rsidR="005D5021">
        <w:t>s.r.o.</w:t>
      </w:r>
      <w:proofErr w:type="spellEnd"/>
      <w:r w:rsidR="005D5021">
        <w:t>)</w:t>
      </w:r>
    </w:p>
    <w:p w14:paraId="5CFF467A" w14:textId="77777777" w:rsidR="006C112E" w:rsidRDefault="00000000">
      <w:proofErr w:type="spellStart"/>
      <w:r>
        <w:t>Doklad</w:t>
      </w:r>
      <w:proofErr w:type="spellEnd"/>
      <w:r>
        <w:t xml:space="preserve"> je </w:t>
      </w:r>
      <w:proofErr w:type="spellStart"/>
      <w:r>
        <w:t>platný</w:t>
      </w:r>
      <w:proofErr w:type="spellEnd"/>
      <w:r>
        <w:t xml:space="preserve"> </w:t>
      </w:r>
      <w:proofErr w:type="spellStart"/>
      <w:r>
        <w:t>iba</w:t>
      </w:r>
      <w:proofErr w:type="spellEnd"/>
      <w:r>
        <w:t xml:space="preserve"> v tlačenej (papierovej) podobe.</w:t>
      </w:r>
      <w:r>
        <w:br/>
      </w:r>
    </w:p>
    <w:p w14:paraId="483F8FC9" w14:textId="77777777" w:rsidR="006C112E" w:rsidRDefault="00000000">
      <w:pPr>
        <w:pStyle w:val="Nadpis2"/>
      </w:pPr>
      <w:r>
        <w:t>Reklamačné údaje</w:t>
      </w:r>
    </w:p>
    <w:p w14:paraId="497BFE37" w14:textId="51CCF412" w:rsidR="006C112E" w:rsidRDefault="00000000">
      <w:proofErr w:type="spellStart"/>
      <w:r>
        <w:t>Číslo</w:t>
      </w:r>
      <w:proofErr w:type="spellEnd"/>
      <w:r>
        <w:t xml:space="preserve"> a </w:t>
      </w:r>
      <w:proofErr w:type="spellStart"/>
      <w:r>
        <w:t>názov</w:t>
      </w:r>
      <w:proofErr w:type="spellEnd"/>
      <w:r>
        <w:t xml:space="preserve"> </w:t>
      </w:r>
      <w:proofErr w:type="spellStart"/>
      <w:r>
        <w:t>položky</w:t>
      </w:r>
      <w:proofErr w:type="spellEnd"/>
      <w:r>
        <w:t xml:space="preserve"> / </w:t>
      </w:r>
      <w:proofErr w:type="spellStart"/>
      <w:r>
        <w:t>počet</w:t>
      </w:r>
      <w:proofErr w:type="spellEnd"/>
      <w:r>
        <w:t>: ____________________________</w:t>
      </w:r>
      <w:r w:rsidR="00B053B4">
        <w:t>_______________________________________________________________</w:t>
      </w:r>
    </w:p>
    <w:p w14:paraId="34D468E9" w14:textId="70AEB97F" w:rsidR="006C112E" w:rsidRDefault="00000000">
      <w:r>
        <w:t>Výrobné číslo: ____________________________</w:t>
      </w:r>
      <w:r w:rsidR="00B053B4">
        <w:t>_________________________________________________________________________________</w:t>
      </w:r>
    </w:p>
    <w:p w14:paraId="53C97FD2" w14:textId="77B2A6C2" w:rsidR="006C112E" w:rsidRDefault="00000000">
      <w:proofErr w:type="spellStart"/>
      <w:r>
        <w:t>Číslo</w:t>
      </w:r>
      <w:proofErr w:type="spellEnd"/>
      <w:r>
        <w:t xml:space="preserve"> </w:t>
      </w:r>
      <w:proofErr w:type="spellStart"/>
      <w:r w:rsidR="004B3412">
        <w:t>faktúry</w:t>
      </w:r>
      <w:proofErr w:type="spellEnd"/>
      <w:r w:rsidR="004B3412">
        <w:t xml:space="preserve"> </w:t>
      </w:r>
      <w:r>
        <w:t xml:space="preserve">/ </w:t>
      </w:r>
      <w:proofErr w:type="spellStart"/>
      <w:r>
        <w:t>dátum</w:t>
      </w:r>
      <w:proofErr w:type="spellEnd"/>
      <w:r>
        <w:t xml:space="preserve"> </w:t>
      </w:r>
      <w:proofErr w:type="spellStart"/>
      <w:r>
        <w:t>nákupu</w:t>
      </w:r>
      <w:proofErr w:type="spellEnd"/>
      <w:r>
        <w:t>: ____________________________</w:t>
      </w:r>
      <w:r w:rsidR="00B053B4">
        <w:t>_____________________________________________</w:t>
      </w:r>
      <w:r w:rsidR="004B3412">
        <w:t>_________________</w:t>
      </w:r>
    </w:p>
    <w:p w14:paraId="73AC0F7D" w14:textId="1EA8AD6A" w:rsidR="004B3412" w:rsidRDefault="004B3412" w:rsidP="004B3412">
      <w:proofErr w:type="spellStart"/>
      <w:r>
        <w:t>Číslo</w:t>
      </w:r>
      <w:proofErr w:type="spellEnd"/>
      <w:r>
        <w:t xml:space="preserve"> </w:t>
      </w:r>
      <w:proofErr w:type="spellStart"/>
      <w:r>
        <w:t>objednávky</w:t>
      </w:r>
      <w:proofErr w:type="spellEnd"/>
      <w:r>
        <w:t>: ________________________________________________________________________________________________________</w:t>
      </w:r>
    </w:p>
    <w:p w14:paraId="5BD37EB6" w14:textId="77777777" w:rsidR="006C112E" w:rsidRDefault="00000000">
      <w:r>
        <w:t xml:space="preserve">Bol diel </w:t>
      </w:r>
      <w:proofErr w:type="spellStart"/>
      <w:r>
        <w:t>namontovaný</w:t>
      </w:r>
      <w:proofErr w:type="spellEnd"/>
      <w:r>
        <w:t>? ÁNO / NIE</w:t>
      </w:r>
    </w:p>
    <w:p w14:paraId="5BB0E7C1" w14:textId="77777777" w:rsidR="006C112E" w:rsidRDefault="00000000">
      <w:pPr>
        <w:pStyle w:val="Nadpis2"/>
      </w:pPr>
      <w:r>
        <w:t>Údaje o vozidle</w:t>
      </w:r>
    </w:p>
    <w:p w14:paraId="2CB7B693" w14:textId="453FA61D" w:rsidR="006C112E" w:rsidRDefault="00000000">
      <w:proofErr w:type="gramStart"/>
      <w:r>
        <w:t>Značka:</w:t>
      </w:r>
      <w:r w:rsidR="00E43030">
        <w:t>_</w:t>
      </w:r>
      <w:proofErr w:type="gramEnd"/>
      <w:r w:rsidR="00E43030">
        <w:t>______________________________________________________________________________________________________</w:t>
      </w:r>
      <w:r>
        <w:t>______________</w:t>
      </w:r>
    </w:p>
    <w:p w14:paraId="2D8100B2" w14:textId="7B6CF702" w:rsidR="00E43030" w:rsidRDefault="00000000">
      <w:proofErr w:type="gramStart"/>
      <w:r>
        <w:t>Model:_</w:t>
      </w:r>
      <w:proofErr w:type="gramEnd"/>
      <w:r>
        <w:t>_________</w:t>
      </w:r>
      <w:r w:rsidR="00E43030">
        <w:t>____________________________________________________________________________________________________________</w:t>
      </w:r>
    </w:p>
    <w:p w14:paraId="285FA641" w14:textId="72FEF2A1" w:rsidR="006C112E" w:rsidRDefault="00000000">
      <w:r>
        <w:t>Rok</w:t>
      </w:r>
      <w:r w:rsidR="00E43030">
        <w:t xml:space="preserve"> </w:t>
      </w:r>
      <w:proofErr w:type="gramStart"/>
      <w:r>
        <w:t>výroby:_</w:t>
      </w:r>
      <w:proofErr w:type="gramEnd"/>
      <w:r>
        <w:t>____</w:t>
      </w:r>
      <w:r w:rsidR="00E43030">
        <w:t>___________________________________________________________________________________________________________</w:t>
      </w:r>
    </w:p>
    <w:p w14:paraId="7879CF92" w14:textId="7B392070" w:rsidR="006C112E" w:rsidRDefault="00000000">
      <w:r>
        <w:t>VIN: __________________</w:t>
      </w:r>
      <w:r w:rsidR="00E43030">
        <w:t>______________________________________________________________________________________________________</w:t>
      </w:r>
    </w:p>
    <w:p w14:paraId="741D0A93" w14:textId="77777777" w:rsidR="006C112E" w:rsidRDefault="00000000">
      <w:r>
        <w:t>Objem motora [cm³] / Výkon [kW]: __________________</w:t>
      </w:r>
    </w:p>
    <w:p w14:paraId="192B9108" w14:textId="77777777" w:rsidR="006C112E" w:rsidRDefault="00000000">
      <w:pPr>
        <w:pStyle w:val="Nadpis2"/>
      </w:pPr>
      <w:r>
        <w:t>Montáž</w:t>
      </w:r>
    </w:p>
    <w:p w14:paraId="37679B7A" w14:textId="38EB7D0D" w:rsidR="006C112E" w:rsidRDefault="00000000">
      <w:proofErr w:type="spellStart"/>
      <w:r>
        <w:t>Názov</w:t>
      </w:r>
      <w:proofErr w:type="spellEnd"/>
      <w:r>
        <w:t xml:space="preserve"> </w:t>
      </w:r>
      <w:proofErr w:type="spellStart"/>
      <w:r>
        <w:t>servisu</w:t>
      </w:r>
      <w:proofErr w:type="spellEnd"/>
      <w:r>
        <w:t>: __________________</w:t>
      </w:r>
      <w:r w:rsidR="00FA6736">
        <w:t>________________________</w:t>
      </w:r>
    </w:p>
    <w:p w14:paraId="1CC45A4F" w14:textId="5815FA66" w:rsidR="006C112E" w:rsidRDefault="00000000">
      <w:proofErr w:type="spellStart"/>
      <w:r>
        <w:t>Adresa</w:t>
      </w:r>
      <w:proofErr w:type="spellEnd"/>
      <w:r>
        <w:t>: __________________</w:t>
      </w:r>
      <w:r w:rsidR="00FA6736">
        <w:t>________________________________</w:t>
      </w:r>
    </w:p>
    <w:p w14:paraId="33C94B03" w14:textId="29F9AC56" w:rsidR="006C112E" w:rsidRDefault="00000000">
      <w:proofErr w:type="spellStart"/>
      <w:r>
        <w:t>Dátum</w:t>
      </w:r>
      <w:proofErr w:type="spellEnd"/>
      <w:r>
        <w:t>: __________</w:t>
      </w:r>
      <w:r w:rsidR="00FA6736">
        <w:t>________________________________________</w:t>
      </w:r>
    </w:p>
    <w:p w14:paraId="4C4F826A" w14:textId="31CC1592" w:rsidR="006C112E" w:rsidRDefault="00000000">
      <w:r>
        <w:t>Stav km: __________</w:t>
      </w:r>
      <w:r w:rsidR="00FA6736">
        <w:t>______________________________________</w:t>
      </w:r>
    </w:p>
    <w:p w14:paraId="214AEB8F" w14:textId="77777777" w:rsidR="006C112E" w:rsidRDefault="00000000">
      <w:pPr>
        <w:pStyle w:val="Nadpis2"/>
      </w:pPr>
      <w:r>
        <w:t>Demontáž</w:t>
      </w:r>
    </w:p>
    <w:p w14:paraId="523B98A0" w14:textId="2BB97428" w:rsidR="006C112E" w:rsidRDefault="00000000">
      <w:proofErr w:type="spellStart"/>
      <w:r>
        <w:t>Názov</w:t>
      </w:r>
      <w:proofErr w:type="spellEnd"/>
      <w:r>
        <w:t xml:space="preserve"> </w:t>
      </w:r>
      <w:proofErr w:type="spellStart"/>
      <w:r>
        <w:t>servisu</w:t>
      </w:r>
      <w:proofErr w:type="spellEnd"/>
      <w:r>
        <w:t>: __________________</w:t>
      </w:r>
      <w:r w:rsidR="00FA6736">
        <w:t>_______________________</w:t>
      </w:r>
    </w:p>
    <w:p w14:paraId="535B1D7F" w14:textId="4AB447B9" w:rsidR="006C112E" w:rsidRDefault="00000000">
      <w:proofErr w:type="spellStart"/>
      <w:r>
        <w:t>Adresa</w:t>
      </w:r>
      <w:proofErr w:type="spellEnd"/>
      <w:r>
        <w:t>: __________________</w:t>
      </w:r>
      <w:r w:rsidR="00FA6736">
        <w:t>_______________________________</w:t>
      </w:r>
    </w:p>
    <w:p w14:paraId="69877623" w14:textId="017DD1B1" w:rsidR="006C112E" w:rsidRDefault="00000000">
      <w:proofErr w:type="spellStart"/>
      <w:r>
        <w:t>Dátum</w:t>
      </w:r>
      <w:proofErr w:type="spellEnd"/>
      <w:r>
        <w:t>: __________</w:t>
      </w:r>
      <w:r w:rsidR="00FA6736">
        <w:t>_______________________________________</w:t>
      </w:r>
    </w:p>
    <w:p w14:paraId="0CCC173A" w14:textId="322ACFE7" w:rsidR="006C112E" w:rsidRDefault="00000000">
      <w:r>
        <w:t>Stav km: __________</w:t>
      </w:r>
      <w:r w:rsidR="00FA6736">
        <w:t>______________________________________</w:t>
      </w:r>
    </w:p>
    <w:p w14:paraId="0CA3BEE0" w14:textId="77777777" w:rsidR="006C112E" w:rsidRDefault="00000000">
      <w:pPr>
        <w:pStyle w:val="Nadpis2"/>
      </w:pPr>
      <w:r>
        <w:t>Dodatočné informácie</w:t>
      </w:r>
    </w:p>
    <w:p w14:paraId="00DE50B3" w14:textId="77777777" w:rsidR="006C112E" w:rsidRDefault="00000000">
      <w:r>
        <w:t>Podrobný popis závady:</w:t>
      </w:r>
      <w:r>
        <w:br/>
      </w:r>
      <w:r>
        <w:br/>
        <w:t>__________________________________________________________</w:t>
      </w:r>
    </w:p>
    <w:p w14:paraId="6BCA94C7" w14:textId="77777777" w:rsidR="006C112E" w:rsidRDefault="00000000">
      <w:r>
        <w:t xml:space="preserve">Čas </w:t>
      </w:r>
      <w:proofErr w:type="gramStart"/>
      <w:r>
        <w:t>a</w:t>
      </w:r>
      <w:proofErr w:type="gramEnd"/>
      <w:r>
        <w:t xml:space="preserve"> okolnosti zistenia závady:</w:t>
      </w:r>
      <w:r>
        <w:br/>
      </w:r>
      <w:r>
        <w:br/>
        <w:t>__________________________________________________________</w:t>
      </w:r>
    </w:p>
    <w:p w14:paraId="6FED7D49" w14:textId="01777142" w:rsidR="006C112E" w:rsidRDefault="00E43030">
      <w:pPr>
        <w:pStyle w:val="Nadpis2"/>
      </w:pPr>
      <w:proofErr w:type="spellStart"/>
      <w:r>
        <w:lastRenderedPageBreak/>
        <w:t>Údaje</w:t>
      </w:r>
      <w:proofErr w:type="spellEnd"/>
      <w:r>
        <w:t xml:space="preserve"> o </w:t>
      </w:r>
      <w:proofErr w:type="spellStart"/>
      <w:r>
        <w:t>kupujúcom</w:t>
      </w:r>
      <w:proofErr w:type="spellEnd"/>
      <w:r>
        <w:t>:</w:t>
      </w:r>
    </w:p>
    <w:p w14:paraId="2CEF0964" w14:textId="3C4AA068" w:rsidR="00E43030" w:rsidRDefault="00E43030" w:rsidP="00E43030">
      <w:proofErr w:type="gramStart"/>
      <w:r>
        <w:t>Meno:_</w:t>
      </w:r>
      <w:proofErr w:type="gramEnd"/>
      <w:r>
        <w:t>____________________________________________________________________________________________________________________</w:t>
      </w:r>
    </w:p>
    <w:p w14:paraId="694808BC" w14:textId="5463C1B7" w:rsidR="00E43030" w:rsidRDefault="00E43030" w:rsidP="00E43030">
      <w:proofErr w:type="gramStart"/>
      <w:r>
        <w:t>Adresa:_</w:t>
      </w:r>
      <w:proofErr w:type="gramEnd"/>
      <w:r>
        <w:t>__________________________________________________________________________________________________________________</w:t>
      </w:r>
    </w:p>
    <w:p w14:paraId="0B83F21C" w14:textId="61B43250" w:rsidR="00E43030" w:rsidRDefault="00FA6736" w:rsidP="00E43030">
      <w:proofErr w:type="spellStart"/>
      <w:r>
        <w:t>Telefón</w:t>
      </w:r>
      <w:proofErr w:type="spellEnd"/>
      <w:r>
        <w:t xml:space="preserve"> / e-mail:</w:t>
      </w:r>
      <w:r w:rsidRPr="00FA6736">
        <w:t xml:space="preserve"> </w:t>
      </w:r>
      <w:r>
        <w:t>____________</w:t>
      </w:r>
      <w:r w:rsidR="00E43030">
        <w:t>____________________________________________________________________________________________</w:t>
      </w:r>
    </w:p>
    <w:p w14:paraId="134037BC" w14:textId="3C2EDE91" w:rsidR="004B3412" w:rsidRPr="004B3412" w:rsidRDefault="004B3412" w:rsidP="004B3412">
      <w:pPr>
        <w:pStyle w:val="Nadpis2"/>
        <w:rPr>
          <w:sz w:val="24"/>
          <w:szCs w:val="24"/>
        </w:rPr>
      </w:pPr>
      <w:proofErr w:type="spellStart"/>
      <w:r w:rsidRPr="004B3412">
        <w:rPr>
          <w:sz w:val="24"/>
          <w:szCs w:val="24"/>
        </w:rPr>
        <w:t>Poznámka</w:t>
      </w:r>
      <w:proofErr w:type="spellEnd"/>
      <w:r w:rsidRPr="004B3412">
        <w:rPr>
          <w:sz w:val="24"/>
          <w:szCs w:val="24"/>
        </w:rPr>
        <w:t xml:space="preserve">: </w:t>
      </w:r>
      <w:r w:rsidRPr="004B3412">
        <w:rPr>
          <w:b w:val="0"/>
          <w:bCs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pre </w:t>
      </w:r>
      <w:proofErr w:type="spellStart"/>
      <w:r w:rsidRPr="004B3412">
        <w:rPr>
          <w:b w:val="0"/>
          <w:bCs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vybavenie</w:t>
      </w:r>
      <w:proofErr w:type="spellEnd"/>
      <w:r w:rsidRPr="004B3412">
        <w:rPr>
          <w:b w:val="0"/>
          <w:bCs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B3412">
        <w:rPr>
          <w:b w:val="0"/>
          <w:bCs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reklamácie</w:t>
      </w:r>
      <w:proofErr w:type="spellEnd"/>
      <w:r w:rsidRPr="004B3412">
        <w:rPr>
          <w:b w:val="0"/>
          <w:bCs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je </w:t>
      </w:r>
      <w:proofErr w:type="spellStart"/>
      <w:r w:rsidRPr="004B3412">
        <w:rPr>
          <w:b w:val="0"/>
          <w:bCs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nutné</w:t>
      </w:r>
      <w:proofErr w:type="spellEnd"/>
      <w:r w:rsidRPr="004B3412">
        <w:rPr>
          <w:b w:val="0"/>
          <w:bCs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B3412">
        <w:rPr>
          <w:b w:val="0"/>
          <w:bCs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vyplniť</w:t>
      </w:r>
      <w:proofErr w:type="spellEnd"/>
      <w:r w:rsidRPr="004B3412">
        <w:rPr>
          <w:b w:val="0"/>
          <w:bCs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B3412">
        <w:rPr>
          <w:b w:val="0"/>
          <w:bCs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všetky</w:t>
      </w:r>
      <w:proofErr w:type="spellEnd"/>
      <w:r w:rsidRPr="004B3412">
        <w:rPr>
          <w:b w:val="0"/>
          <w:bCs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B3412">
        <w:rPr>
          <w:b w:val="0"/>
          <w:bCs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údaje</w:t>
      </w:r>
      <w:proofErr w:type="spellEnd"/>
      <w:r w:rsidRPr="004B3412">
        <w:rPr>
          <w:b w:val="0"/>
          <w:bCs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4B3412">
        <w:rPr>
          <w:b w:val="0"/>
          <w:bCs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vrátane</w:t>
      </w:r>
      <w:proofErr w:type="spellEnd"/>
      <w:r w:rsidRPr="004B3412">
        <w:rPr>
          <w:b w:val="0"/>
          <w:bCs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VIN </w:t>
      </w:r>
      <w:proofErr w:type="spellStart"/>
      <w:r w:rsidRPr="004B3412">
        <w:rPr>
          <w:b w:val="0"/>
          <w:bCs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čísla</w:t>
      </w:r>
      <w:proofErr w:type="spellEnd"/>
      <w:r w:rsidRPr="004B3412">
        <w:rPr>
          <w:b w:val="0"/>
          <w:bCs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B3412">
        <w:rPr>
          <w:b w:val="0"/>
          <w:bCs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vozidla</w:t>
      </w:r>
      <w:proofErr w:type="spellEnd"/>
      <w:r w:rsidRPr="004B3412">
        <w:rPr>
          <w:b w:val="0"/>
          <w:bCs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</w:t>
      </w:r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stavu</w:t>
      </w:r>
      <w:proofErr w:type="spellEnd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kilometrov</w:t>
      </w:r>
      <w:proofErr w:type="spellEnd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pred a po </w:t>
      </w:r>
      <w:proofErr w:type="spellStart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montáži</w:t>
      </w:r>
      <w:proofErr w:type="spellEnd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Tieto </w:t>
      </w:r>
      <w:proofErr w:type="spellStart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údaje</w:t>
      </w:r>
      <w:proofErr w:type="spellEnd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</w:t>
      </w:r>
      <w:proofErr w:type="spellEnd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overujú</w:t>
      </w:r>
      <w:proofErr w:type="spellEnd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 </w:t>
      </w:r>
      <w:proofErr w:type="spellStart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databáze</w:t>
      </w:r>
      <w:proofErr w:type="spellEnd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naši</w:t>
      </w:r>
      <w:proofErr w:type="spellEnd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dodávatelia</w:t>
      </w:r>
      <w:proofErr w:type="spellEnd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ktorí</w:t>
      </w:r>
      <w:proofErr w:type="spellEnd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bez </w:t>
      </w:r>
      <w:proofErr w:type="spellStart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nich</w:t>
      </w:r>
      <w:proofErr w:type="spellEnd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reklamáciu</w:t>
      </w:r>
      <w:proofErr w:type="spellEnd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neprijmú</w:t>
      </w:r>
      <w:proofErr w:type="spellEnd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Ak </w:t>
      </w:r>
      <w:proofErr w:type="spellStart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</w:t>
      </w:r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á</w:t>
      </w:r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</w:t>
      </w:r>
      <w:proofErr w:type="spellEnd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protokol</w:t>
      </w:r>
      <w:proofErr w:type="spellEnd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zo </w:t>
      </w:r>
      <w:proofErr w:type="spellStart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servisu</w:t>
      </w:r>
      <w:proofErr w:type="spellEnd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 </w:t>
      </w:r>
      <w:proofErr w:type="spellStart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montáži</w:t>
      </w:r>
      <w:proofErr w:type="spellEnd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reklamovaného</w:t>
      </w:r>
      <w:proofErr w:type="spellEnd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dielu</w:t>
      </w:r>
      <w:proofErr w:type="spellEnd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odporúčame</w:t>
      </w:r>
      <w:proofErr w:type="spellEnd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priložiť</w:t>
      </w:r>
      <w:proofErr w:type="spellEnd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ho k </w:t>
      </w:r>
      <w:proofErr w:type="spellStart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tomuto</w:t>
      </w:r>
      <w:proofErr w:type="spellEnd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reklamačnému</w:t>
      </w:r>
      <w:proofErr w:type="spellEnd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protokolu</w:t>
      </w:r>
      <w:proofErr w:type="spellEnd"/>
      <w:r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stačí</w:t>
      </w:r>
      <w:proofErr w:type="spellEnd"/>
      <w:r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kópia</w:t>
      </w:r>
      <w:proofErr w:type="spellEnd"/>
      <w:r w:rsidRPr="004B3412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Bez </w:t>
      </w:r>
      <w:proofErr w:type="spellStart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neho</w:t>
      </w:r>
      <w:proofErr w:type="spellEnd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je </w:t>
      </w:r>
      <w:proofErr w:type="spellStart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tu</w:t>
      </w:r>
      <w:proofErr w:type="spellEnd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možnosť</w:t>
      </w:r>
      <w:proofErr w:type="spellEnd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že</w:t>
      </w:r>
      <w:proofErr w:type="spellEnd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reklamácia</w:t>
      </w:r>
      <w:proofErr w:type="spellEnd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bude</w:t>
      </w:r>
      <w:proofErr w:type="spellEnd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dodávateľom</w:t>
      </w:r>
      <w:proofErr w:type="spellEnd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posúdená</w:t>
      </w:r>
      <w:proofErr w:type="spellEnd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ako</w:t>
      </w:r>
      <w:proofErr w:type="spellEnd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neodborná</w:t>
      </w:r>
      <w:proofErr w:type="spellEnd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montáž</w:t>
      </w:r>
      <w:proofErr w:type="spellEnd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</w:t>
      </w:r>
      <w:proofErr w:type="spellStart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následné</w:t>
      </w:r>
      <w:proofErr w:type="spellEnd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poškodenie</w:t>
      </w:r>
      <w:proofErr w:type="spellEnd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zákazníkom</w:t>
      </w:r>
      <w:proofErr w:type="spellEnd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a </w:t>
      </w:r>
      <w:proofErr w:type="spellStart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teda</w:t>
      </w:r>
      <w:proofErr w:type="spellEnd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neuznaná</w:t>
      </w:r>
      <w:proofErr w:type="spellEnd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proofErr w:type="spellStart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Ďakujeme</w:t>
      </w:r>
      <w:proofErr w:type="spellEnd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za </w:t>
      </w:r>
      <w:proofErr w:type="spellStart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pochopenie</w:t>
      </w:r>
      <w:proofErr w:type="spellEnd"/>
      <w:r w:rsidR="00065ED6">
        <w:rPr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7080E12" w14:textId="48118F21" w:rsidR="006C112E" w:rsidRDefault="00000000">
      <w:pPr>
        <w:pStyle w:val="Nadpis2"/>
      </w:pPr>
      <w:proofErr w:type="spellStart"/>
      <w:r>
        <w:t>Poučenie</w:t>
      </w:r>
      <w:proofErr w:type="spellEnd"/>
      <w:r>
        <w:t xml:space="preserve"> o </w:t>
      </w:r>
      <w:proofErr w:type="spellStart"/>
      <w:r>
        <w:t>spracúvaní</w:t>
      </w:r>
      <w:proofErr w:type="spellEnd"/>
      <w:r>
        <w:t xml:space="preserve"> </w:t>
      </w:r>
      <w:proofErr w:type="spellStart"/>
      <w:r>
        <w:t>osobných</w:t>
      </w:r>
      <w:proofErr w:type="spellEnd"/>
      <w:r>
        <w:t xml:space="preserve"> </w:t>
      </w:r>
      <w:proofErr w:type="spellStart"/>
      <w:r>
        <w:t>údajov</w:t>
      </w:r>
      <w:proofErr w:type="spellEnd"/>
    </w:p>
    <w:p w14:paraId="351672DE" w14:textId="2AB51944" w:rsidR="00E43030" w:rsidRDefault="00000000">
      <w:proofErr w:type="spellStart"/>
      <w:r>
        <w:t>Správcom</w:t>
      </w:r>
      <w:proofErr w:type="spellEnd"/>
      <w:r>
        <w:t xml:space="preserve"> </w:t>
      </w:r>
      <w:proofErr w:type="spellStart"/>
      <w:r>
        <w:t>osobných</w:t>
      </w:r>
      <w:proofErr w:type="spellEnd"/>
      <w:r>
        <w:t xml:space="preserve"> </w:t>
      </w:r>
      <w:proofErr w:type="spellStart"/>
      <w:r>
        <w:t>údajov</w:t>
      </w:r>
      <w:proofErr w:type="spellEnd"/>
      <w:r>
        <w:t xml:space="preserve"> na </w:t>
      </w:r>
      <w:proofErr w:type="spellStart"/>
      <w:r>
        <w:t>účely</w:t>
      </w:r>
      <w:proofErr w:type="spellEnd"/>
      <w:r>
        <w:t xml:space="preserve"> </w:t>
      </w:r>
      <w:proofErr w:type="spellStart"/>
      <w:r>
        <w:t>reklamácie</w:t>
      </w:r>
      <w:proofErr w:type="spellEnd"/>
      <w:r>
        <w:t xml:space="preserve"> je </w:t>
      </w:r>
      <w:proofErr w:type="spellStart"/>
      <w:r>
        <w:t>spoločnosť</w:t>
      </w:r>
      <w:proofErr w:type="spellEnd"/>
      <w:r>
        <w:t xml:space="preserve"> </w:t>
      </w:r>
      <w:r w:rsidR="00E43030">
        <w:t xml:space="preserve">Kaston Group </w:t>
      </w:r>
      <w:proofErr w:type="spellStart"/>
      <w:r w:rsidR="00E43030">
        <w:t>s.r.o.</w:t>
      </w:r>
      <w:proofErr w:type="spellEnd"/>
      <w:r w:rsidR="00E43030">
        <w:t xml:space="preserve">, </w:t>
      </w:r>
      <w:proofErr w:type="spellStart"/>
      <w:r w:rsidR="00E43030">
        <w:t>prevádzkovateľ</w:t>
      </w:r>
      <w:proofErr w:type="spellEnd"/>
      <w:r w:rsidR="00E43030">
        <w:t xml:space="preserve"> e-</w:t>
      </w:r>
      <w:proofErr w:type="spellStart"/>
      <w:r w:rsidR="00E43030">
        <w:t>shopu</w:t>
      </w:r>
      <w:proofErr w:type="spellEnd"/>
      <w:r w:rsidR="00E43030">
        <w:t xml:space="preserve"> www.motopartner.sk</w:t>
      </w:r>
      <w:r>
        <w:br/>
      </w:r>
      <w:proofErr w:type="spellStart"/>
      <w:r>
        <w:t>Poskytnutie</w:t>
      </w:r>
      <w:proofErr w:type="spellEnd"/>
      <w:r>
        <w:t xml:space="preserve"> osobných údajov je nevyhnutné na vybavenie reklamácie. </w:t>
      </w:r>
      <w:proofErr w:type="spellStart"/>
      <w:r>
        <w:t>Údaje</w:t>
      </w:r>
      <w:proofErr w:type="spellEnd"/>
      <w:r>
        <w:t xml:space="preserve"> </w:t>
      </w:r>
      <w:proofErr w:type="spellStart"/>
      <w:r>
        <w:t>budú</w:t>
      </w:r>
      <w:proofErr w:type="spellEnd"/>
      <w:r>
        <w:t xml:space="preserve"> </w:t>
      </w:r>
      <w:proofErr w:type="spellStart"/>
      <w:r>
        <w:t>sprac</w:t>
      </w:r>
      <w:r w:rsidR="00E43030">
        <w:t>ovávané</w:t>
      </w:r>
      <w:proofErr w:type="spellEnd"/>
      <w:r>
        <w:t xml:space="preserve"> v </w:t>
      </w:r>
      <w:proofErr w:type="spellStart"/>
      <w:r>
        <w:t>súlade</w:t>
      </w:r>
      <w:proofErr w:type="spellEnd"/>
      <w:r>
        <w:t xml:space="preserve"> </w:t>
      </w:r>
      <w:r w:rsidR="00E43030">
        <w:t xml:space="preserve">so </w:t>
      </w:r>
      <w:proofErr w:type="spellStart"/>
      <w:r w:rsidR="00E43030">
        <w:t>slovenskými</w:t>
      </w:r>
      <w:proofErr w:type="spellEnd"/>
      <w:r w:rsidR="00E43030">
        <w:t xml:space="preserve"> </w:t>
      </w:r>
      <w:proofErr w:type="spellStart"/>
      <w:r>
        <w:t>právnymi</w:t>
      </w:r>
      <w:proofErr w:type="spellEnd"/>
      <w:r>
        <w:t xml:space="preserve"> </w:t>
      </w:r>
      <w:proofErr w:type="spellStart"/>
      <w:r>
        <w:t>predpismi</w:t>
      </w:r>
      <w:proofErr w:type="spellEnd"/>
      <w:r>
        <w:t xml:space="preserve">. </w:t>
      </w:r>
      <w:proofErr w:type="spellStart"/>
      <w:r>
        <w:t>Máte</w:t>
      </w:r>
      <w:proofErr w:type="spellEnd"/>
      <w:r>
        <w:t xml:space="preserve"> </w:t>
      </w:r>
      <w:proofErr w:type="spellStart"/>
      <w:r>
        <w:t>právo</w:t>
      </w:r>
      <w:proofErr w:type="spellEnd"/>
      <w:r>
        <w:t xml:space="preserve"> na </w:t>
      </w:r>
      <w:proofErr w:type="spellStart"/>
      <w:r>
        <w:t>opravu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aktualizáciu</w:t>
      </w:r>
      <w:proofErr w:type="spellEnd"/>
      <w:r>
        <w:t xml:space="preserve"> </w:t>
      </w:r>
      <w:proofErr w:type="spellStart"/>
      <w:r>
        <w:t>údajov</w:t>
      </w:r>
      <w:proofErr w:type="spellEnd"/>
      <w:r w:rsidR="00E43030">
        <w:t xml:space="preserve">. Kaston Group </w:t>
      </w:r>
      <w:proofErr w:type="spellStart"/>
      <w:r w:rsidR="00E43030">
        <w:t>s.r.o.</w:t>
      </w:r>
      <w:proofErr w:type="spellEnd"/>
      <w:r w:rsidR="00E43030"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vyhradzuje</w:t>
      </w:r>
      <w:proofErr w:type="spellEnd"/>
      <w:r>
        <w:t xml:space="preserve"> </w:t>
      </w:r>
      <w:proofErr w:type="spellStart"/>
      <w:r>
        <w:t>právo</w:t>
      </w:r>
      <w:proofErr w:type="spellEnd"/>
      <w:r>
        <w:t xml:space="preserve"> </w:t>
      </w:r>
      <w:proofErr w:type="spellStart"/>
      <w:r>
        <w:t>vyžiadať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dodatočné</w:t>
      </w:r>
      <w:proofErr w:type="spellEnd"/>
      <w:r>
        <w:t xml:space="preserve"> </w:t>
      </w:r>
      <w:proofErr w:type="spellStart"/>
      <w:r>
        <w:t>doklady</w:t>
      </w:r>
      <w:proofErr w:type="spellEnd"/>
      <w:r>
        <w:t xml:space="preserve"> </w:t>
      </w:r>
      <w:proofErr w:type="spellStart"/>
      <w:r>
        <w:t>potrebné</w:t>
      </w:r>
      <w:proofErr w:type="spellEnd"/>
      <w:r>
        <w:t xml:space="preserve"> na posúdenie reklamácie. </w:t>
      </w:r>
      <w:r>
        <w:br/>
      </w:r>
      <w:r>
        <w:br/>
      </w:r>
    </w:p>
    <w:p w14:paraId="792F46AA" w14:textId="1133B278" w:rsidR="00E43030" w:rsidRDefault="00E43030">
      <w:proofErr w:type="spellStart"/>
      <w:r>
        <w:t>Dňa</w:t>
      </w:r>
      <w:proofErr w:type="spellEnd"/>
      <w:r>
        <w:t>………………………………………………………………</w:t>
      </w:r>
      <w:r>
        <w:tab/>
      </w:r>
      <w:r>
        <w:tab/>
      </w:r>
      <w:proofErr w:type="spellStart"/>
      <w:r>
        <w:t>Podpis</w:t>
      </w:r>
      <w:proofErr w:type="spellEnd"/>
      <w:r>
        <w:t>………………………………………………………</w:t>
      </w:r>
      <w:proofErr w:type="gramStart"/>
      <w:r>
        <w:t>…..</w:t>
      </w:r>
      <w:proofErr w:type="gramEnd"/>
    </w:p>
    <w:sectPr w:rsidR="00E43030" w:rsidSect="005D502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9714429">
    <w:abstractNumId w:val="8"/>
  </w:num>
  <w:num w:numId="2" w16cid:durableId="1302154607">
    <w:abstractNumId w:val="6"/>
  </w:num>
  <w:num w:numId="3" w16cid:durableId="1435589424">
    <w:abstractNumId w:val="5"/>
  </w:num>
  <w:num w:numId="4" w16cid:durableId="955868558">
    <w:abstractNumId w:val="4"/>
  </w:num>
  <w:num w:numId="5" w16cid:durableId="630522681">
    <w:abstractNumId w:val="7"/>
  </w:num>
  <w:num w:numId="6" w16cid:durableId="1826358227">
    <w:abstractNumId w:val="3"/>
  </w:num>
  <w:num w:numId="7" w16cid:durableId="372578999">
    <w:abstractNumId w:val="2"/>
  </w:num>
  <w:num w:numId="8" w16cid:durableId="15471681">
    <w:abstractNumId w:val="1"/>
  </w:num>
  <w:num w:numId="9" w16cid:durableId="502858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ED6"/>
    <w:rsid w:val="000C12E5"/>
    <w:rsid w:val="000C32A8"/>
    <w:rsid w:val="0015074B"/>
    <w:rsid w:val="001648E2"/>
    <w:rsid w:val="0029639D"/>
    <w:rsid w:val="002D0FBA"/>
    <w:rsid w:val="00326F90"/>
    <w:rsid w:val="00404D57"/>
    <w:rsid w:val="004B3412"/>
    <w:rsid w:val="004E3BB1"/>
    <w:rsid w:val="005D5021"/>
    <w:rsid w:val="006C112E"/>
    <w:rsid w:val="00AA1D8D"/>
    <w:rsid w:val="00B053B4"/>
    <w:rsid w:val="00B071FF"/>
    <w:rsid w:val="00B47730"/>
    <w:rsid w:val="00CB0664"/>
    <w:rsid w:val="00E43030"/>
    <w:rsid w:val="00FA67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11306C"/>
  <w14:defaultImageDpi w14:val="300"/>
  <w15:docId w15:val="{9EC0799B-61AE-4D98-8C97-583031D0B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493</Words>
  <Characters>2812</Characters>
  <Application>Microsoft Office Word</Application>
  <DocSecurity>0</DocSecurity>
  <Lines>23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www.motopartner.sk</dc:description>
  <cp:lastModifiedBy>Juraj Pechaček</cp:lastModifiedBy>
  <cp:revision>6</cp:revision>
  <dcterms:created xsi:type="dcterms:W3CDTF">2026-07-23T14:06:00Z</dcterms:created>
  <dcterms:modified xsi:type="dcterms:W3CDTF">2026-08-24T12:38:00Z</dcterms:modified>
  <cp:category/>
</cp:coreProperties>
</file>