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sz w:val="30"/>
        </w:rPr>
        <w:t>Model de formular de retragere</w:t>
      </w:r>
    </w:p>
    <w:p>
      <w:pPr>
        <w:spacing w:after="240"/>
      </w:pPr>
      <w:r>
        <w:rPr>
          <w:b w:val="0"/>
          <w:i/>
        </w:rPr>
        <w:t>(Prezentul formular se trimite înapoi completat doar dacă doriți să vă retrageți din contract.)</w:t>
      </w:r>
    </w:p>
    <w:p>
      <w:pPr>
        <w:spacing w:after="200"/>
      </w:pPr>
      <w:r>
        <w:rPr>
          <w:b w:val="0"/>
          <w:i w:val="0"/>
        </w:rPr>
        <w:t>•  Către FIXBOX S.R.L., Calea Moșilor nr. 158, et. 4, camera 4, modul 222, Sector 2, 020883 București; adresa pentru corespondență și retur: str. Avram Iancu nr. 49, Otopeni, jud. Ilfov, 075100; adresa de e-mail: comenzi@fixbox.ro:</w:t>
      </w:r>
    </w:p>
    <w:p>
      <w:pPr>
        <w:spacing w:after="40"/>
      </w:pPr>
      <w:r>
        <w:rPr>
          <w:b w:val="0"/>
          <w:i w:val="0"/>
        </w:rPr>
        <w:t>•  Vă informez/Vă informăm (*) prin prezenta cu privire la retragerea mea/noastră (*) din contractul referitor la vânzarea următoarelor bunuri (*)/prestarea următoarelor servicii (*)</w:t>
      </w:r>
    </w:p>
    <w:p>
      <w:pPr>
        <w:spacing w:after="40"/>
      </w:pPr>
      <w:r>
        <w:rPr>
          <w:b w:val="0"/>
          <w:i w:val="0"/>
        </w:rPr>
        <w:t>______________________________________________________________________________</w:t>
      </w:r>
    </w:p>
    <w:p>
      <w:pPr>
        <w:spacing w:after="200"/>
      </w:pPr>
      <w:r>
        <w:rPr>
          <w:b w:val="0"/>
          <w:i w:val="0"/>
        </w:rPr>
        <w:t>______________________________________________________________________________</w:t>
      </w:r>
    </w:p>
    <w:p>
      <w:pPr>
        <w:spacing w:after="40"/>
      </w:pPr>
      <w:r>
        <w:rPr>
          <w:b w:val="0"/>
          <w:i w:val="0"/>
        </w:rPr>
        <w:t>•  Comandate la data (*)/Primite la data (*)</w:t>
      </w:r>
    </w:p>
    <w:p>
      <w:pPr>
        <w:spacing w:after="200"/>
      </w:pPr>
      <w:r>
        <w:rPr>
          <w:b w:val="0"/>
          <w:i w:val="0"/>
        </w:rPr>
        <w:t>______________________________________________________________________________</w:t>
      </w:r>
    </w:p>
    <w:p>
      <w:pPr>
        <w:spacing w:after="40"/>
      </w:pPr>
      <w:r>
        <w:rPr>
          <w:b w:val="0"/>
          <w:i w:val="0"/>
        </w:rPr>
        <w:t>•  Numele consumatorului (consumatorilor)</w:t>
      </w:r>
    </w:p>
    <w:p>
      <w:pPr>
        <w:spacing w:after="200"/>
      </w:pPr>
      <w:r>
        <w:rPr>
          <w:b w:val="0"/>
          <w:i w:val="0"/>
        </w:rPr>
        <w:t>______________________________________________________________________________</w:t>
      </w:r>
    </w:p>
    <w:p>
      <w:pPr>
        <w:spacing w:after="40"/>
      </w:pPr>
      <w:r>
        <w:rPr>
          <w:b w:val="0"/>
          <w:i w:val="0"/>
        </w:rPr>
        <w:t>•  Adresa consumatorului (consumatorilor)</w:t>
      </w:r>
    </w:p>
    <w:p>
      <w:pPr>
        <w:spacing w:after="200"/>
      </w:pPr>
      <w:r>
        <w:rPr>
          <w:b w:val="0"/>
          <w:i w:val="0"/>
        </w:rPr>
        <w:t>______________________________________________________________________________</w:t>
      </w:r>
    </w:p>
    <w:p>
      <w:pPr>
        <w:spacing w:after="40"/>
      </w:pPr>
      <w:r>
        <w:rPr>
          <w:b w:val="0"/>
          <w:i w:val="0"/>
        </w:rPr>
        <w:t>•  Semnătura consumatorului (consumatorilor) (doar în cazul în care acest formular este notificat pe hârtie)</w:t>
      </w:r>
    </w:p>
    <w:p>
      <w:pPr>
        <w:spacing w:after="200"/>
      </w:pPr>
      <w:r>
        <w:rPr>
          <w:b w:val="0"/>
          <w:i w:val="0"/>
        </w:rPr>
        <w:t>______________________________________________________________________________</w:t>
      </w:r>
    </w:p>
    <w:p>
      <w:pPr>
        <w:spacing w:after="40"/>
      </w:pPr>
      <w:r>
        <w:rPr>
          <w:b w:val="0"/>
          <w:i w:val="0"/>
        </w:rPr>
        <w:t>•  Data</w:t>
      </w:r>
    </w:p>
    <w:p>
      <w:pPr>
        <w:spacing w:after="200"/>
      </w:pPr>
      <w:r>
        <w:rPr>
          <w:b w:val="0"/>
          <w:i w:val="0"/>
        </w:rPr>
        <w:t>______________________________________________________________________________</w:t>
      </w:r>
    </w:p>
    <w:p>
      <w:pPr>
        <w:spacing w:after="280"/>
      </w:pPr>
      <w:r>
        <w:rPr>
          <w:b w:val="0"/>
          <w:i w:val="0"/>
          <w:sz w:val="19"/>
        </w:rPr>
        <w:t>(*) A se elimina mențiunea inutilă, după caz.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rPr>
                <w:b/>
              </w:rPr>
              <w:t>Opțional</w:t>
            </w:r>
            <w:r>
              <w:rPr>
                <w:sz w:val="19"/>
              </w:rPr>
              <w:t xml:space="preserve"> - completarea acestor câmpuri nu este o condiție a retragerii; ne ajută doar să găsim comanda și să vă rambursăm mai repede.</w:t>
            </w:r>
          </w:p>
          <w:p>
            <w:r>
              <w:rPr>
                <w:sz w:val="19"/>
              </w:rPr>
              <w:t>Număr comandă FixBox: ______________________________________</w:t>
            </w:r>
          </w:p>
          <w:p>
            <w:r>
              <w:rPr>
                <w:sz w:val="19"/>
              </w:rPr>
              <w:t>Telefon: ___________________________________________________</w:t>
            </w:r>
          </w:p>
          <w:p>
            <w:r>
              <w:rPr>
                <w:sz w:val="19"/>
              </w:rPr>
              <w:t>IBAN (doar dacă ați plătit prin transfer bancar): __________</w:t>
            </w:r>
          </w:p>
        </w:tc>
      </w:tr>
    </w:tbl>
    <w:p>
      <w:pPr>
        <w:spacing w:after="80"/>
      </w:pPr>
      <w:r>
        <w:rPr>
          <w:b w:val="0"/>
          <w:i w:val="0"/>
        </w:rPr>
      </w:r>
    </w:p>
    <w:p>
      <w:pPr>
        <w:spacing w:after="40"/>
      </w:pPr>
      <w:r>
        <w:rPr>
          <w:b w:val="0"/>
          <w:i w:val="0"/>
          <w:color w:val="444444"/>
          <w:sz w:val="17"/>
        </w:rPr>
        <w:t>Formularul completat se poate trimite pe e-mail la comenzi@fixbox.ro sau prin poștă la adresa de mai sus. Vă puteți retrage și online, de pe fixbox.ro, sau prin orice altă declarație clară (e-mail, WhatsApp +40 740 556 556). Folosirea acestui formular nu este obligatorie.</w:t>
      </w:r>
    </w:p>
    <w:p>
      <w:pPr>
        <w:spacing w:after="120"/>
      </w:pPr>
      <w:r>
        <w:rPr>
          <w:b w:val="0"/>
          <w:i w:val="0"/>
          <w:color w:val="444444"/>
          <w:sz w:val="17"/>
        </w:rPr>
        <w:t>FIXBOX S.R.L. - CUI RO48750597 - J40/16730/2023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de retragere - FixBox</dc:title>
  <dc:subject/>
  <dc:creator>FIXBOX S.R.L.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